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9DCE" w14:textId="77777777" w:rsidR="00DA4C5F" w:rsidRDefault="00000000">
      <w:pPr>
        <w:jc w:val="center"/>
      </w:pPr>
      <w:r>
        <w:rPr>
          <w:b/>
          <w:color w:val="003B6F"/>
          <w:sz w:val="30"/>
        </w:rPr>
        <w:t>TENNIS CLUB D'AURAY</w:t>
      </w:r>
      <w:r>
        <w:rPr>
          <w:b/>
          <w:color w:val="003B6F"/>
          <w:sz w:val="30"/>
        </w:rPr>
        <w:br/>
        <w:t>FICHE D'INSCRIPTION JEUNES 2026 / 2027</w:t>
      </w:r>
    </w:p>
    <w:p w14:paraId="1C99C845" w14:textId="77777777" w:rsidR="00DA4C5F" w:rsidRDefault="00000000">
      <w:pPr>
        <w:jc w:val="center"/>
      </w:pPr>
      <w:r>
        <w:rPr>
          <w:b/>
        </w:rPr>
        <w:t>Début des cours : Lundi 21 septembre 2026</w:t>
      </w:r>
    </w:p>
    <w:p w14:paraId="52A4D023" w14:textId="77777777" w:rsidR="00DA4C5F" w:rsidRDefault="00000000">
      <w:r>
        <w:t>□ Renouvellement      □ Première adhésion</w:t>
      </w:r>
    </w:p>
    <w:tbl>
      <w:tblPr>
        <w:tblStyle w:val="Grilledutableau"/>
        <w:tblW w:w="0" w:type="auto"/>
        <w:tblLook w:val="04A0" w:firstRow="1" w:lastRow="0" w:firstColumn="1" w:lastColumn="0" w:noHBand="0" w:noVBand="1"/>
      </w:tblPr>
      <w:tblGrid>
        <w:gridCol w:w="10656"/>
      </w:tblGrid>
      <w:tr w:rsidR="00DA4C5F" w14:paraId="644FBDD2" w14:textId="77777777">
        <w:tc>
          <w:tcPr>
            <w:tcW w:w="10666" w:type="dxa"/>
          </w:tcPr>
          <w:p w14:paraId="17D1BD16" w14:textId="77777777" w:rsidR="00DA4C5F" w:rsidRDefault="00000000">
            <w:r>
              <w:t>👤 COORDONNÉES DU JOUEUR</w:t>
            </w:r>
          </w:p>
        </w:tc>
      </w:tr>
      <w:tr w:rsidR="00DA4C5F" w14:paraId="35AC4DEF" w14:textId="77777777">
        <w:tc>
          <w:tcPr>
            <w:tcW w:w="10666" w:type="dxa"/>
          </w:tcPr>
          <w:p w14:paraId="62321068" w14:textId="77777777" w:rsidR="00DA4C5F" w:rsidRDefault="00000000">
            <w:r>
              <w:t>Nom : ____________________    Prénom : ____________________</w:t>
            </w:r>
            <w:r>
              <w:br/>
              <w:t>Date de naissance : ____ / ____ / ______     Sexe : □ F □ M</w:t>
            </w:r>
            <w:r>
              <w:br/>
              <w:t>Téléphone 1 : __________________  Téléphone 2 : __________________</w:t>
            </w:r>
            <w:r>
              <w:br/>
              <w:t>E-mail : ______________________________________________</w:t>
            </w:r>
            <w:r>
              <w:br/>
              <w:t>Adresse : _____________________________________________</w:t>
            </w:r>
          </w:p>
        </w:tc>
      </w:tr>
    </w:tbl>
    <w:p w14:paraId="2E368FBC" w14:textId="77777777" w:rsidR="00DA4C5F" w:rsidRDefault="00DA4C5F"/>
    <w:tbl>
      <w:tblPr>
        <w:tblStyle w:val="Grilledutableau"/>
        <w:tblW w:w="0" w:type="auto"/>
        <w:tblLook w:val="04A0" w:firstRow="1" w:lastRow="0" w:firstColumn="1" w:lastColumn="0" w:noHBand="0" w:noVBand="1"/>
      </w:tblPr>
      <w:tblGrid>
        <w:gridCol w:w="2132"/>
        <w:gridCol w:w="2131"/>
        <w:gridCol w:w="2131"/>
        <w:gridCol w:w="2131"/>
        <w:gridCol w:w="2131"/>
      </w:tblGrid>
      <w:tr w:rsidR="00DA4C5F" w14:paraId="3331CAF7" w14:textId="77777777">
        <w:tc>
          <w:tcPr>
            <w:tcW w:w="2133" w:type="dxa"/>
          </w:tcPr>
          <w:p w14:paraId="7E34E4D4" w14:textId="77777777" w:rsidR="00DA4C5F" w:rsidRDefault="00000000">
            <w:r>
              <w:t>Formule</w:t>
            </w:r>
          </w:p>
        </w:tc>
        <w:tc>
          <w:tcPr>
            <w:tcW w:w="2133" w:type="dxa"/>
          </w:tcPr>
          <w:p w14:paraId="4E3B886F" w14:textId="77777777" w:rsidR="00DA4C5F" w:rsidRDefault="00000000">
            <w:r>
              <w:t>Âge</w:t>
            </w:r>
          </w:p>
        </w:tc>
        <w:tc>
          <w:tcPr>
            <w:tcW w:w="2133" w:type="dxa"/>
          </w:tcPr>
          <w:p w14:paraId="5CEDE80F" w14:textId="77777777" w:rsidR="00DA4C5F" w:rsidRDefault="00000000">
            <w:r>
              <w:t>Volume</w:t>
            </w:r>
          </w:p>
        </w:tc>
        <w:tc>
          <w:tcPr>
            <w:tcW w:w="2133" w:type="dxa"/>
          </w:tcPr>
          <w:p w14:paraId="2DEC6A35" w14:textId="77777777" w:rsidR="00DA4C5F" w:rsidRDefault="00000000">
            <w:r>
              <w:t>Tarif</w:t>
            </w:r>
          </w:p>
        </w:tc>
        <w:tc>
          <w:tcPr>
            <w:tcW w:w="2133" w:type="dxa"/>
          </w:tcPr>
          <w:p w14:paraId="61B3362A" w14:textId="77777777" w:rsidR="00DA4C5F" w:rsidRDefault="00000000">
            <w:r>
              <w:t>Choix</w:t>
            </w:r>
          </w:p>
        </w:tc>
      </w:tr>
      <w:tr w:rsidR="00DA4C5F" w14:paraId="5DB335FA" w14:textId="77777777">
        <w:tc>
          <w:tcPr>
            <w:tcW w:w="2133" w:type="dxa"/>
          </w:tcPr>
          <w:p w14:paraId="18443A2D" w14:textId="77777777" w:rsidR="00DA4C5F" w:rsidRDefault="00000000">
            <w:r>
              <w:t>Mini-Tennis</w:t>
            </w:r>
          </w:p>
        </w:tc>
        <w:tc>
          <w:tcPr>
            <w:tcW w:w="2133" w:type="dxa"/>
          </w:tcPr>
          <w:p w14:paraId="0C789F07" w14:textId="77777777" w:rsidR="00DA4C5F" w:rsidRDefault="00000000">
            <w:r>
              <w:t>4-5 ans</w:t>
            </w:r>
          </w:p>
        </w:tc>
        <w:tc>
          <w:tcPr>
            <w:tcW w:w="2133" w:type="dxa"/>
          </w:tcPr>
          <w:p w14:paraId="0A797862" w14:textId="77777777" w:rsidR="00DA4C5F" w:rsidRDefault="00000000">
            <w:r>
              <w:t>1h</w:t>
            </w:r>
          </w:p>
        </w:tc>
        <w:tc>
          <w:tcPr>
            <w:tcW w:w="2133" w:type="dxa"/>
          </w:tcPr>
          <w:p w14:paraId="710BFADA" w14:textId="77777777" w:rsidR="00DA4C5F" w:rsidRDefault="00000000">
            <w:r>
              <w:t>160 €</w:t>
            </w:r>
          </w:p>
        </w:tc>
        <w:tc>
          <w:tcPr>
            <w:tcW w:w="2133" w:type="dxa"/>
          </w:tcPr>
          <w:p w14:paraId="73A36053" w14:textId="77777777" w:rsidR="00DA4C5F" w:rsidRDefault="00000000">
            <w:r>
              <w:t>□</w:t>
            </w:r>
          </w:p>
        </w:tc>
      </w:tr>
      <w:tr w:rsidR="00DA4C5F" w14:paraId="52C4DDBE" w14:textId="77777777">
        <w:tc>
          <w:tcPr>
            <w:tcW w:w="2133" w:type="dxa"/>
          </w:tcPr>
          <w:p w14:paraId="3F2AB254" w14:textId="77777777" w:rsidR="00DA4C5F" w:rsidRDefault="00000000">
            <w:r>
              <w:t>Initiation</w:t>
            </w:r>
          </w:p>
        </w:tc>
        <w:tc>
          <w:tcPr>
            <w:tcW w:w="2133" w:type="dxa"/>
          </w:tcPr>
          <w:p w14:paraId="640819AE" w14:textId="77777777" w:rsidR="00DA4C5F" w:rsidRDefault="00000000">
            <w:r>
              <w:t>6 ans et +</w:t>
            </w:r>
          </w:p>
        </w:tc>
        <w:tc>
          <w:tcPr>
            <w:tcW w:w="2133" w:type="dxa"/>
          </w:tcPr>
          <w:p w14:paraId="25CE07E5" w14:textId="77777777" w:rsidR="00DA4C5F" w:rsidRDefault="00000000">
            <w:r>
              <w:t>1h</w:t>
            </w:r>
          </w:p>
        </w:tc>
        <w:tc>
          <w:tcPr>
            <w:tcW w:w="2133" w:type="dxa"/>
          </w:tcPr>
          <w:p w14:paraId="6C11B44E" w14:textId="77777777" w:rsidR="00DA4C5F" w:rsidRDefault="00000000">
            <w:r>
              <w:t>180 €</w:t>
            </w:r>
          </w:p>
        </w:tc>
        <w:tc>
          <w:tcPr>
            <w:tcW w:w="2133" w:type="dxa"/>
          </w:tcPr>
          <w:p w14:paraId="7E3F058D" w14:textId="77777777" w:rsidR="00DA4C5F" w:rsidRDefault="00000000">
            <w:r>
              <w:t>□</w:t>
            </w:r>
          </w:p>
        </w:tc>
      </w:tr>
      <w:tr w:rsidR="00DA4C5F" w14:paraId="2AAF5D2B" w14:textId="77777777">
        <w:tc>
          <w:tcPr>
            <w:tcW w:w="2133" w:type="dxa"/>
          </w:tcPr>
          <w:p w14:paraId="657BB509" w14:textId="77777777" w:rsidR="00DA4C5F" w:rsidRDefault="00000000">
            <w:r>
              <w:t>Evolution</w:t>
            </w:r>
          </w:p>
        </w:tc>
        <w:tc>
          <w:tcPr>
            <w:tcW w:w="2133" w:type="dxa"/>
          </w:tcPr>
          <w:p w14:paraId="55DD1381" w14:textId="77777777" w:rsidR="00DA4C5F" w:rsidRDefault="00000000">
            <w:r>
              <w:t>6 ans et +</w:t>
            </w:r>
          </w:p>
        </w:tc>
        <w:tc>
          <w:tcPr>
            <w:tcW w:w="2133" w:type="dxa"/>
          </w:tcPr>
          <w:p w14:paraId="1D4211A9" w14:textId="77777777" w:rsidR="00DA4C5F" w:rsidRDefault="00000000">
            <w:r>
              <w:t>1h30</w:t>
            </w:r>
          </w:p>
        </w:tc>
        <w:tc>
          <w:tcPr>
            <w:tcW w:w="2133" w:type="dxa"/>
          </w:tcPr>
          <w:p w14:paraId="0AAC330D" w14:textId="77777777" w:rsidR="00DA4C5F" w:rsidRDefault="00000000">
            <w:r>
              <w:t>250 €</w:t>
            </w:r>
          </w:p>
        </w:tc>
        <w:tc>
          <w:tcPr>
            <w:tcW w:w="2133" w:type="dxa"/>
          </w:tcPr>
          <w:p w14:paraId="0B2F251C" w14:textId="77777777" w:rsidR="00DA4C5F" w:rsidRDefault="00000000">
            <w:r>
              <w:t>□</w:t>
            </w:r>
          </w:p>
        </w:tc>
      </w:tr>
      <w:tr w:rsidR="00DA4C5F" w14:paraId="6DAA6BB5" w14:textId="77777777">
        <w:tc>
          <w:tcPr>
            <w:tcW w:w="2133" w:type="dxa"/>
          </w:tcPr>
          <w:p w14:paraId="249604BA" w14:textId="77777777" w:rsidR="00DA4C5F" w:rsidRDefault="00000000">
            <w:r>
              <w:t>Compétition</w:t>
            </w:r>
          </w:p>
        </w:tc>
        <w:tc>
          <w:tcPr>
            <w:tcW w:w="2133" w:type="dxa"/>
          </w:tcPr>
          <w:p w14:paraId="2A401FB3" w14:textId="77777777" w:rsidR="00DA4C5F" w:rsidRDefault="00000000">
            <w:r>
              <w:t>7-18 ans</w:t>
            </w:r>
          </w:p>
        </w:tc>
        <w:tc>
          <w:tcPr>
            <w:tcW w:w="2133" w:type="dxa"/>
          </w:tcPr>
          <w:p w14:paraId="790CDE7B" w14:textId="77777777" w:rsidR="00DA4C5F" w:rsidRDefault="00000000">
            <w:r>
              <w:t>1h30</w:t>
            </w:r>
          </w:p>
        </w:tc>
        <w:tc>
          <w:tcPr>
            <w:tcW w:w="2133" w:type="dxa"/>
          </w:tcPr>
          <w:p w14:paraId="7DC00752" w14:textId="77777777" w:rsidR="00DA4C5F" w:rsidRDefault="00000000">
            <w:r>
              <w:t>250 €</w:t>
            </w:r>
          </w:p>
        </w:tc>
        <w:tc>
          <w:tcPr>
            <w:tcW w:w="2133" w:type="dxa"/>
          </w:tcPr>
          <w:p w14:paraId="4AE5D1B2" w14:textId="77777777" w:rsidR="00DA4C5F" w:rsidRDefault="00000000">
            <w:r>
              <w:t>□</w:t>
            </w:r>
          </w:p>
        </w:tc>
      </w:tr>
      <w:tr w:rsidR="00DA4C5F" w14:paraId="3A29BE85" w14:textId="77777777">
        <w:tc>
          <w:tcPr>
            <w:tcW w:w="2133" w:type="dxa"/>
          </w:tcPr>
          <w:p w14:paraId="3DF2FAFC" w14:textId="77777777" w:rsidR="00DA4C5F" w:rsidRDefault="00000000">
            <w:r>
              <w:t>Compétition renforcée</w:t>
            </w:r>
          </w:p>
        </w:tc>
        <w:tc>
          <w:tcPr>
            <w:tcW w:w="2133" w:type="dxa"/>
          </w:tcPr>
          <w:p w14:paraId="2D9375AE" w14:textId="77777777" w:rsidR="00DA4C5F" w:rsidRDefault="00000000">
            <w:r>
              <w:t>7-18 ans</w:t>
            </w:r>
          </w:p>
        </w:tc>
        <w:tc>
          <w:tcPr>
            <w:tcW w:w="2133" w:type="dxa"/>
          </w:tcPr>
          <w:p w14:paraId="0D166FC7" w14:textId="77777777" w:rsidR="00DA4C5F" w:rsidRDefault="00000000">
            <w:r>
              <w:t>3h00</w:t>
            </w:r>
          </w:p>
        </w:tc>
        <w:tc>
          <w:tcPr>
            <w:tcW w:w="2133" w:type="dxa"/>
          </w:tcPr>
          <w:p w14:paraId="30CAD76C" w14:textId="77777777" w:rsidR="00DA4C5F" w:rsidRDefault="00000000">
            <w:r>
              <w:t>430 €</w:t>
            </w:r>
          </w:p>
        </w:tc>
        <w:tc>
          <w:tcPr>
            <w:tcW w:w="2133" w:type="dxa"/>
          </w:tcPr>
          <w:p w14:paraId="70B71190" w14:textId="77777777" w:rsidR="00DA4C5F" w:rsidRDefault="00000000">
            <w:r>
              <w:t>□</w:t>
            </w:r>
          </w:p>
        </w:tc>
      </w:tr>
    </w:tbl>
    <w:p w14:paraId="6E7EBBDF" w14:textId="77777777" w:rsidR="00DA4C5F" w:rsidRDefault="00DA4C5F"/>
    <w:tbl>
      <w:tblPr>
        <w:tblStyle w:val="Grilledutableau"/>
        <w:tblW w:w="0" w:type="auto"/>
        <w:tblLook w:val="04A0" w:firstRow="1" w:lastRow="0" w:firstColumn="1" w:lastColumn="0" w:noHBand="0" w:noVBand="1"/>
      </w:tblPr>
      <w:tblGrid>
        <w:gridCol w:w="10656"/>
      </w:tblGrid>
      <w:tr w:rsidR="00DA4C5F" w14:paraId="3253051C" w14:textId="77777777">
        <w:tc>
          <w:tcPr>
            <w:tcW w:w="10666" w:type="dxa"/>
          </w:tcPr>
          <w:p w14:paraId="0EFA45C3" w14:textId="77777777" w:rsidR="00DA4C5F" w:rsidRDefault="00000000">
            <w:r>
              <w:t>🎾 INFORMATION COMPÉTITION</w:t>
            </w:r>
          </w:p>
        </w:tc>
      </w:tr>
      <w:tr w:rsidR="00DA4C5F" w14:paraId="7F0C4319" w14:textId="77777777">
        <w:tc>
          <w:tcPr>
            <w:tcW w:w="10666" w:type="dxa"/>
          </w:tcPr>
          <w:p w14:paraId="35F7D0A6" w14:textId="77777777" w:rsidR="00DA4C5F" w:rsidRDefault="00000000">
            <w:r>
              <w:t>La formule compétition s'adresse aux jeunes dont le niveau est validé par l'équipe enseignante. Elle implique la participation aux championnats individuels et par équipes ainsi qu'aux actions sportives proposées par le club.</w:t>
            </w:r>
          </w:p>
        </w:tc>
      </w:tr>
    </w:tbl>
    <w:p w14:paraId="14770B46" w14:textId="77777777" w:rsidR="00DA4C5F" w:rsidRDefault="00DA4C5F"/>
    <w:tbl>
      <w:tblPr>
        <w:tblStyle w:val="Grilledutableau"/>
        <w:tblW w:w="0" w:type="auto"/>
        <w:tblLook w:val="04A0" w:firstRow="1" w:lastRow="0" w:firstColumn="1" w:lastColumn="0" w:noHBand="0" w:noVBand="1"/>
      </w:tblPr>
      <w:tblGrid>
        <w:gridCol w:w="10656"/>
      </w:tblGrid>
      <w:tr w:rsidR="00DA4C5F" w14:paraId="0DD12344" w14:textId="77777777">
        <w:tc>
          <w:tcPr>
            <w:tcW w:w="10666" w:type="dxa"/>
          </w:tcPr>
          <w:p w14:paraId="35F83334" w14:textId="77777777" w:rsidR="00DA4C5F" w:rsidRDefault="00000000">
            <w:r>
              <w:t>💳 MODE DE PAIEMENT</w:t>
            </w:r>
          </w:p>
        </w:tc>
      </w:tr>
      <w:tr w:rsidR="00DA4C5F" w14:paraId="36C9340E" w14:textId="77777777">
        <w:tc>
          <w:tcPr>
            <w:tcW w:w="10666" w:type="dxa"/>
          </w:tcPr>
          <w:p w14:paraId="2B42A539" w14:textId="77777777" w:rsidR="00DA4C5F" w:rsidRDefault="00000000">
            <w:r>
              <w:t>□ Chèque   □ Espèces   □ Virement bancaire   □ ANCV   □ Coupons Sport   □ Ten'Up (en ligne)</w:t>
            </w:r>
            <w:r>
              <w:br/>
              <w:t>Paiement : □ 1 fois   □ 2 fois   □ 3 fois</w:t>
            </w:r>
            <w:r>
              <w:br/>
            </w:r>
            <w:r>
              <w:br/>
              <w:t>ATTENTION : La totalité du règlement est effectuée avant la reprise des cours et engage l'adhérent pour toute la saison.</w:t>
            </w:r>
            <w:r>
              <w:br/>
              <w:t>Possibilité de paiement en 3 chèques. Coupons Sport et chèques ANCV acceptés.</w:t>
            </w:r>
            <w:r>
              <w:br/>
              <w:t>Aucun remboursement ne sera effectué en cours de saison.</w:t>
            </w:r>
          </w:p>
        </w:tc>
      </w:tr>
    </w:tbl>
    <w:p w14:paraId="5FDEC757" w14:textId="77777777" w:rsidR="00DA4C5F" w:rsidRDefault="00000000">
      <w:r>
        <w:t>📄 Certificat médical : à télécharger directement sur votre compte Ten'Up.</w:t>
      </w:r>
    </w:p>
    <w:p w14:paraId="00922EAC" w14:textId="77777777" w:rsidR="00DA4C5F" w:rsidRDefault="00000000">
      <w:r>
        <w:t>☐ Je reconnais avoir pris connaissance du règlement intérieur du Tennis Club d'Auray.</w:t>
      </w:r>
    </w:p>
    <w:p w14:paraId="03153CB4" w14:textId="77777777" w:rsidR="00DA4C5F" w:rsidRDefault="00000000">
      <w:r>
        <w:br/>
        <w:t>Fait à : ____________________    Le : ____ / ____ / 2026</w:t>
      </w:r>
    </w:p>
    <w:p w14:paraId="60C66C0E" w14:textId="77777777" w:rsidR="00DA4C5F" w:rsidRDefault="00000000">
      <w:r>
        <w:t>Signature du responsable légal : __________________________</w:t>
      </w:r>
    </w:p>
    <w:sectPr w:rsidR="00DA4C5F" w:rsidSect="00034616">
      <w:pgSz w:w="12240" w:h="15840"/>
      <w:pgMar w:top="630" w:right="787" w:bottom="630" w:left="7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86011085">
    <w:abstractNumId w:val="8"/>
  </w:num>
  <w:num w:numId="2" w16cid:durableId="1226378059">
    <w:abstractNumId w:val="6"/>
  </w:num>
  <w:num w:numId="3" w16cid:durableId="6519651">
    <w:abstractNumId w:val="5"/>
  </w:num>
  <w:num w:numId="4" w16cid:durableId="2137525937">
    <w:abstractNumId w:val="4"/>
  </w:num>
  <w:num w:numId="5" w16cid:durableId="2105685382">
    <w:abstractNumId w:val="7"/>
  </w:num>
  <w:num w:numId="6" w16cid:durableId="1719740640">
    <w:abstractNumId w:val="3"/>
  </w:num>
  <w:num w:numId="7" w16cid:durableId="1127551239">
    <w:abstractNumId w:val="2"/>
  </w:num>
  <w:num w:numId="8" w16cid:durableId="338237285">
    <w:abstractNumId w:val="1"/>
  </w:num>
  <w:num w:numId="9" w16cid:durableId="200370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F1B"/>
    <w:rsid w:val="0015074B"/>
    <w:rsid w:val="0029639D"/>
    <w:rsid w:val="00326F90"/>
    <w:rsid w:val="00AA1D8D"/>
    <w:rsid w:val="00B47730"/>
    <w:rsid w:val="00CB0664"/>
    <w:rsid w:val="00D10FD3"/>
    <w:rsid w:val="00DA4C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42C17B"/>
  <w14:defaultImageDpi w14:val="300"/>
  <w15:docId w15:val="{E2BC179D-A4F4-4901-80EA-AE6044CA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opensuper12auray</cp:lastModifiedBy>
  <cp:revision>2</cp:revision>
  <dcterms:created xsi:type="dcterms:W3CDTF">2026-06-03T07:29:00Z</dcterms:created>
  <dcterms:modified xsi:type="dcterms:W3CDTF">2026-06-03T07:29:00Z</dcterms:modified>
  <cp:category/>
</cp:coreProperties>
</file>